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Шаар аралык телефон станциясы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88544" cy="2232000"/>
            <wp:docPr id="2" name="Picture 2" descr="Междугородная телефонная станция" title="Междугородная телефонн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49890cbe2242aacd3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85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Междугородная телефонная станция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Шаар аралык телефон станциясы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Шаар аралык телефон станциясы Шаар аралык телефон станциясы. 1970-жылы түзүлгөн.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https://bimap.su/description/frunze/280_Telefon.txt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