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42.86341, 74.61097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Путепровод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42.86341, 74.61097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71355" cy="2232000"/>
            <wp:docPr id="2" name="Picture 2" descr="Путепровод" title="Путепрово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a0f0b68022b5bafb6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7135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Путепровод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Путепровод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 улице Советской.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https://bimap.su/description/frunze/279_Puteprovod.txt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42.86341, 74.61097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