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Мозаика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38823" cy="2232000"/>
            <wp:docPr id="2" name="Picture 2" descr="Мозаика" title="Моза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f178c0e1dbf5b075d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88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Мозаика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Мозаика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«Спорт, спорт».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https://bimap.su/description/frunze/278_Sport.txt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