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42.87467, 74.62311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Мозаика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42.87467, 74.62311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33180" cy="2232000"/>
            <wp:docPr id="2" name="Picture 2" descr="Мозаика" title="Моза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72f02ee48a5a3a888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31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Мозаика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Мозаика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“Космос жана илимий-техникалык прогресс” мозаикасы Илим жана техника үйүнүн имаратындагы “Космос жана илимий-техникалык прогресс” мозаикасы. Сүрөтчү М.Акматкулов, 1984-жыл Сүрөт “Бишкектин монументалдык искусствосу” альбомунан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https://bimap.su/description/frunze/277_Kosmos.txt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42.87467, 74.62311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