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42.84094, 74.59528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Кафе «Бермет»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42.84094, 74.59528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3557" cy="2232000"/>
            <wp:docPr id="2" name="Picture 2" descr="Кафе «Бермет»" title="Кафе «Бермет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e8af2425e33d32e7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735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«Бермет»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Кафе «Бермет»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расположено в парке «Дружбы».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https://bimap.su/description/frunze/275_Bermet.txt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42.84094, 74.59528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