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42.84094, 74.59528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"Бермет" кафеси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42.84094, 74.59528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73557" cy="2232000"/>
            <wp:docPr id="2" name="Picture 2" descr="Кафе «Бермет»" title="Кафе «Бермет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be8af2425e33d32e74a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73557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Кафе «Бермет»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"Бермет" кафеси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"Бермет" кафеси "Достук" паркында жайгашкан Парк 1957-жылы Кыргыз ССР Илимдер академиясынын Ботаникалык бакчасынын дендропарк катары негизделген. 1967-жылы дендропарк СССРдин 50 жылдыгы атындагы маданият жана эс алуу паркы болуп шаардык аткаруу комитетинин карамагына өткөрүлүп, 1972-жылы «Дружба» (азыркы Ата-Түрк паркы) маданият жана эс алуу паркы болуп өзгөртүлгөн. Борбордук аллея «Бермет» кафеси менен кооздолгон, кафенин чатыры адаттан тыш фо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https://bimap.su/description/frunze/275_Bermet.txt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42.84094, 74.59528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