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42.86755, 74.55565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Сельмаш имени М.В.Фрунзе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42.86755, 74.55565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881328" cy="2232000"/>
            <wp:docPr id="2" name="Picture 2" descr="Сельмаш имени М.В.Фрунзе" title="Сельмаш имени М.В.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a69002616f52bd44ec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8132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Сельмаш имени М.В.Фрунзе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Сельмаш имени М.В.Фрунзе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Готовая продукция завода Сельмаш имени М.В.Фрунзе.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https://bimap.su/description/frunze/276_Selmash.txt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42.86755, 74.55565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