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М.В атындагы «Сельмаш».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81328" cy="2232000"/>
            <wp:docPr id="2" name="Picture 2" descr="Сельмаш имени М.В.Фрунзе" title="Сельмаш имени М.В.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69002616f52bd44ec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813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Сельмаш имени М.В.Фрунзе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М.В атындагы «Сельмаш».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Даяр продукция М.В атындагы «Сельмаш» заводу. Фрунзе 1941-жылы Белоруссиядан эвакуацияланган заводдун (Луганск) жана «Интергельпо» кооперативинин заводунун базасында 1941-жылы түзүлгөн. Согуш мезгилинде коргонуу продукциясын чыгарган. Тынчтыкта ​​ар турдуу айыл чарба шаймандарын, эл керектеечу товарларды, пресс-подборщиктерди.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https://bimap.su/description/frunze/276_Selmash.txt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