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Selmash named after M.V. Frunze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81328" cy="2232000"/>
            <wp:docPr id="2" name="Picture 2" descr="Сельмаш имени М.В.Фрунзе" title="Сельмаш имени М.В.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69002616f52bd44ec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813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Сельмаш имени М.В.Фрунзе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Selmash named after M.V. Frunze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Finished products Selmash plant named after M.V. Frunze The agricultural engineering plant was founded in 1941 on the basis of an evacuated plant from Belarus (Lugansk) and a plant of the Intergelpo cooperative. During the war, it produced defense products. In peacetime, various agricultural implements, consumer goods, balers.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https://bimap.su/description/frunze/276_Selmash.txt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