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42.87804, 74.60454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Водхоз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42.87804, 74.60454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227284" cy="2232000"/>
            <wp:docPr id="2" name="Picture 2" descr="Водхоз" title="Водхоз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21dd3e6a45aba47fe7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227284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Водхоз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Водхоз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Здание Облводхоза, 30-е годы.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https://bimap.su/description/frunze/274_Vodhoz.txt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42.87804, 74.60454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