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42.87804, 74.60454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Водхоз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42.87804, 74.60454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7284" cy="2232000"/>
            <wp:docPr id="2" name="Picture 2" descr="Водхоз" title="Водхо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1dd3e6a45aba47fe7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72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Водхоз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Водхоз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Водхоз Райондук водхоздун имараты, 1930-ж. Ал Биринчи Май жана Карл Маркс көчөлөрүнүн кесилишинде жайгашкан. Суу чарба сугат техникуму. Сүрөт 1934 1930-жылдан баштап Суу чарба сугат техникуму облустук суу чарба башкармалыгынын имаратында жайгашкан, техникумдун биринчи директору Мамутбеков болгон. Мамлекеттик тарых музейин куруу учурунда имарат бузулган.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https://bimap.su/description/frunze/274_Vodhoz.txt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42.87804, 74.60454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