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Степаненко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42.87927, 74.57968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Степаненко" title="Дом Степаненк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832b7d2ca1ec21086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Степаненко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Степаненко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углу Петровской и Татарской. Начало ХX века.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https://bimap.su/description/pishpek/48_Dom_ugol_Petrovskoi.txt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42.87927, 74.57968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42.87927, 74.57968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