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Почта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68968" cy="2232000"/>
            <wp:docPr id="2" name="Picture 2" descr="Почта" title="Поч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4b04d81d0e1f91aa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89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Почта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Почта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Почтовое отделение №11 в доме постройки начала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https://bimap.su/description/frunze/273_Pochta11.txt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