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Почта бөлүмү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8968" cy="2232000"/>
            <wp:docPr id="2" name="Picture 2" descr="Почта" title="Поч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4b04d81d0e1f91aa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89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Почта бөлүмү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Почта бөлүмү 20-кылымдын башында курулган үйдө жайгашкан №11 почта бөлүмү.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https://bimap.su/description/frunze/273_Pochta11.txt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42.88548, 74.61668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