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Политехнический институт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9268" cy="2231999"/>
            <wp:docPr id="2" name="Picture 2" descr="Политехнический институт" title="Политехнический 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981a2744475bdd744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926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Политехнический 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Политехнический институт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Политехнический институт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https://bimap.su/description/frunze/270_Politeh.txt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42.84495, 74.58695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