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Политехникалык 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9268" cy="2231999"/>
            <wp:docPr id="2" name="Picture 2" descr="Политехнический институт" title="Политехнический 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981a2744475bdd74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926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Политехнический 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Политехникалык 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Политехникалык институт Башкы корпус 1962-жылы курулган. Архитекторлор Г. Назарян, Г. Савватеев. Имаратта мемориалдык такта орнотулган 1-ректор Г.А. Сухомлинов.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https://bimap.su/description/frunze/270_Politeh.txt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