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Polytechnic Institute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9268" cy="2231999"/>
            <wp:docPr id="2" name="Picture 2" descr="Политехнический институт" title="Политехнический 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981a2744475bdd74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926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Политехнический 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Polytechnic Institute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Polytechnic Institute The main building was built in 1962. Architects G. Nazaryan, G. Savvateev. There is a memorial plaque on the building to the 1st rector G.A. Sukhomlinov.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https://bimap.su/description/frunze/270_Politeh.txt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