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42.86198, 74.59420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Физико-терапевтический кабинет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42.86198, 74.59420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66077" cy="2232000"/>
            <wp:docPr id="2" name="Picture 2" descr="Физико-терапевтический кабинет" title="Физико-терапевтический кабине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5758609dfe07881452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6607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Физико-терапевтический кабинет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Физико-терапевтический кабинет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Физико-терапевтический кабинет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https://bimap.su/description/frunze/269_Fizkabinet.txt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42.86198, 74.59420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