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Physiotherapy room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66077" cy="2232000"/>
            <wp:docPr id="2" name="Picture 2" descr="Физико-терапевтический кабинет" title="Физико-терапевтический кабине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5758609dfe07881452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660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Физико-терапевтический кабинет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Physiotherapy room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Physiotherapy room Physiotherapy room of the infectious diseases hospital. The hospital was opened in 1942 on the basis of the infectious diseases department of the Republican Hospital.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https://bimap.su/description/frunze/269_Fizkabinet.txt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42.86198, 74.59420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