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Cafe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656228" cy="2232000"/>
            <wp:docPr id="2" name="Picture 2" descr="Кафе" title="Каф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62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Cafe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Cafe "Alamedin" Cafe "Alamedin"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https://bimap.su/description/frunze/267_Kafe.txt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