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42.87027, 74.59145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Домик с колоннами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42.87027, 74.59145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12178" cy="2232000"/>
            <wp:docPr id="2" name="Picture 2" descr="Домик с колоннами" title="Домик с колоннам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30de1db97b3d607a2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21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Домик с колоннами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Домик с колоннами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Московской.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https://bimap.su/description/frunze/266_Sredazzoloto.txt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42.87027, 74.59145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