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42.87027, 74.59145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Колонналуу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42.87027, 74.59145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12178" cy="2232000"/>
            <wp:docPr id="2" name="Picture 2" descr="Домик с колоннами" title="Домик с колоннам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30de1db97b3d607a2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1217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Домик с колоннами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Колонналуу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Москва көчөсүндөгү колонкалуу үй Ал 40-жылдары Алтын Продснабды сатып алуу агенттиги катары курулган. 1957-жылга чейин анда «Средметазцветравка» жана «Средаззолоторазведка» конторалары жайгашып, 1957-жылы Мингеонун желеги астында биригип, Кыргыз ССРинин Геология башкармалыгынын курамына кирген. Турак жай фондусуна өткөрүлүп берилген.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https://bimap.su/description/frunze/266_Sredazzoloto.txt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42.87027, 74.59145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