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42.86718, 74.60992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Управление геологии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42.86718, 74.60992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60816" cy="2232000"/>
            <wp:docPr id="2" name="Picture 2" descr="Управление геологии" title="Управление геолог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73be4269e9a0c56c8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6081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Управление геологии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Управление геологии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https://bimap.su/description/frunze/265_Geologia2.txt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42.86718, 74.60992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