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42.86718, 74.60992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Геология департаменти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42.86718, 74.60992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60816" cy="2232000"/>
            <wp:docPr id="2" name="Picture 2" descr="Управление геологии" title="Управление геологи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173be4269e9a0c56c81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6081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Управление геологии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Геология департаменти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Геология департаменти Кыргыз геология башкармалыгынын имараты 1945-жылы курулган. Фашизмди жеңүүгө геологдордун салымы чоң. СССРдин коргоо енер жайы Кыргызстандан вольфрамды, молибденди, сымапты, сурьманы жана коргошунду алды.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https://bimap.su/description/frunze/265_Geologia2.txt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42.86718, 74.60992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