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42.86708, 74.60892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Каменская экспедиция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42.86708, 74.60892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419563" cy="2232000"/>
            <wp:docPr id="2" name="Picture 2" descr="Каменская экспедиция" title="Каменская экспедиция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9ae7aa0702063e7dbdc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419563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Каменская экспедиция · Владимира Петрова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Каменская экспедиция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Фото Владимира Петрова.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https://bimap.su/description/frunze/264_Kamenskaia.txt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42.86708, 74.60892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