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Каменская экспедициясы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419563" cy="2232000"/>
            <wp:docPr id="2" name="Picture 2" descr="Каменская экспедиция" title="Каменская экспеди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ae7aa0702063e7dbd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95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Каменская экспедиция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Каменская экспедициясы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Каменская экспедициясы Бөкөнбаев жана Краснооктябрь көчөлөрүнүн кесилишиндеги Каменская экспедициясынын имараты. 1953-жылы геологдордун тобуна СССРде биринчи жолу уран кендерин ачкандыгы үчүн Сталиндик сыйлык ыйгарылган.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https://bimap.su/description/frunze/264_Kamenskaia.txt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