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42.86708, 74.60892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Kamenskaya Expedition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42.86708, 74.60892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419563" cy="2232000"/>
            <wp:docPr id="2" name="Picture 2" descr="Каменская экспедиция" title="Каменская экспедици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9ae7aa0702063e7dbd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1956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Каменская экспедиция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Kamenskaya Expedition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Kamenskaya Expedition The building of the Kamenskaya Expedition on the corner of Bokonbaeva and Krasnooktyabrskaya streets. In 1953, a group of geologists was awarded the Stalin Prize for the discovery of the first uranium ore deposits in the USSR.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https://bimap.su/description/frunze/264_Kamenskaia.txt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42.86708, 74.60892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