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Улица старого Пишпека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42.88009, 74.61183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5020" cy="2232000"/>
            <wp:docPr id="1" name="Picture 1" descr="Улица старого Пишпека" title="Улица старого Пишпе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e655fab176d0eb1fb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старого Пишпека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старого Пишпека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начала ХХ века. Фото из архива.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https://bimap.su/description/pishpek/47_Ulitsa_Bazarnaia.txt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42.88009, 74.61183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42.88009, 74.61183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