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42.86465, 74.60499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Управление геологии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42.86465, 74.60499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Управление геологии" title="Управление геолог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faba399b7b45a666e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Управление геологии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Управление геологии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https://bimap.su/description/frunze/262_Geologia.txt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42.86465, 74.60499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