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Геология департаменти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правление геологии" title="Управление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faba399b7b45a666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Управление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Геология департаменти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Геология департаменти 60-жылдардагы геология бөлүмү. Геологдор өнөр жайлык өздөштүрүү үчүн калай, вольфрам, сейрек кездешүүчү жана алтын кендерин даярдашкан. Бөлүмдө геологиялык музей бар.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https://bimap.su/description/frunze/262_Geologia.txt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