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Geology Department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Управление геологии" title="Управление геологи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faba399b7b45a666e8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Управление геологии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Geology Department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Geology Department Geology Department of the 60s. Geologists have prepared tin, tungsten, rare earth and gold deposits for industrial development. The department has a geological museum.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https://bimap.su/description/frunze/262_Geologia.txt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42.86465, 74.60499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