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42.83418, 74.59990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Ала-Арча дарыясынын жээги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42.83418, 74.59990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2" name="Picture 2" descr="Набережная реки Ала-Арча" title="Набережная реки Ала-Арч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37c1e3ba6dfafc910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Набережная реки Ала-Арча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Ала-Арча дарыясынын жээги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Ала-Арча дарыясынын жээгинин жээги Ала-Арча дарыясынын жээги. Малдыбаев көчөсү.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https://bimap.su/description/frunze/260_Naberejnaia.txt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42.83418, 74.59990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