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Embankment of the Ala-Archa River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2" name="Picture 2" descr="Набережная реки Ала-Арча" title="Набережная реки Ала-Арч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7c1e3ba6dfafc91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Набережная реки Ала-Арча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Embankment of the Ala-Archa River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Embankment of the Ala-Archa River Embankment of the Ala-Archa River. Maldybaeva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https://bimap.su/description/frunze/260_Naberejnaia.txt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