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радио и кино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1713" cy="2232000"/>
            <wp:docPr id="2" name="Picture 2" descr="Дом радио и кино" title="Дом радио и ки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608e0c4425e0f5145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7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радио и кино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радио и кино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Логвиненко.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https://bimap.su/description/frunze/259_Dom_kino.txt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