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Радио жана кино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713" cy="2232000"/>
            <wp:docPr id="2" name="Picture 2" descr="Дом радио и кино" title="Дом радио и ки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608e0c4425e0f5145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7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радио и кино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Радио жана кино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Радио жана кино үйү Логвиненкодогу Радио жана кино үйү. 150 орундуу аудиториясы бар. 1957-жылы архитектор Е.Писарскийдин долбоору боюнча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https://bimap.su/description/frunze/259_Dom_kino.txt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42.86777, 74.59892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