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of Radio and Cinema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1713" cy="2232000"/>
            <wp:docPr id="2" name="Picture 2" descr="Дом радио и кино" title="Дом радио и ки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608e0c4425e0f5145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7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радио и кино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Radio and Cinema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of Radio and Cinema House of Radio and Cinema on Logvinenko. Has an auditorium with 150 seats. Built in 1957 according to the design of the architect E. Pisarsky.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https://bimap.su/description/frunze/259_Dom_kino.txt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