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42.87916, 74.61695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Нахаловка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42.87916, 74.61695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668733" cy="2232000"/>
            <wp:docPr id="2" name="Picture 2" descr="Нахаловка" title="Нахалов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e88ff2f570b4ceedc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87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Нахаловка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Нахаловка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улице Правды.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https://bimap.su/description/frunze/258_Pravda.txt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42.87916, 74.61695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