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42.87916, 74.61695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Нахаловка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42.87916, 74.61695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68733" cy="2232000"/>
            <wp:docPr id="2" name="Picture 2" descr="Нахаловка" title="Нахалов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e88ff2f570b4ceedc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87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Нахаловка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Нахаловка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Правды көчөсүндөгү Нахаловка Шаардын ээн жерлеринде түн ичинде пайда болуп, Нахаловка деп аталып калган. Үй-жайсыз жана үй-жайсыз адамдар бул жерге блиндаж, кепе куруп отурукташкан. 60-жылдары гана массалык турак-жай курулушу башталып, шаар акырындык менен жакыр жашаган жерлерден бошотулган.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https://bimap.su/description/frunze/258_Pravda.txt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42.87916, 74.61695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