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42.88133, 74.61413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Киргизский госцирк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42.88133, 74.61413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437758" cy="2231999"/>
            <wp:docPr id="2" name="Picture 2" descr="Киргизский госцирк" title="Киргизский госцир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37758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Киргизский госцирк · Штейнберга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Киргизский госцирк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Штейнберга, 1984г.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https://bimap.su/description/frunze/257_Zirk.txt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42.88133, 74.61413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