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42.88133, 74.61413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Кыргыз мамлекеттик цирки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42.88133, 74.61413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437758" cy="2231999"/>
            <wp:docPr id="2" name="Picture 2" descr="Киргизский госцирк" title="Киргизский госцир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37758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Киргизский госцирк · Штейнберга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Кыргыз мамлекеттик цирки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Кыргыз мамлекеттик цирки, 1984-жыл. Архитекторлор Л.Сегал, В.Шадрин, А.Нежурин 1976-жылы СССР Министрлер Советинин сыйлыгына татыктуу болушкан. Жаңы имараттын ачылышы 1977-жылы 11-ноябрда болгон. Цирктин курулушунун жүрүшүндө мейкиндик перспективасын түзүү үчүн, мисалы, калкты тейлөө үйү (сүрөттүн сол тарабында) сыяктуу бир топ татыктуу имараттар бузулган. 1974-жылдагы сурет. Жаны цирктин фонтандары. Цирктин имаратындагы барельеф: Буфондор.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https://bimap.su/description/frunze/257_Zirk.txt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42.88133, 74.61413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