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42.85797, 74.61001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Панель мозаикасы "Гүлдөгөн Кыргызстан"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42.85797, 74.61001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570770" cy="2232000"/>
            <wp:docPr id="2" name="Picture 2" descr="Панно-мозаика «Процветай Киргизия»" title="Панно-мозаика «Процветай Киргизия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c71ca6c816bb342647d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7077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Панно-мозаика «Процветай Киргизия»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Панель мозаикасы "Гүлдөгөн Кыргызстан"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Панель мозаикасы "Гүлдөгөн Кыргызстан" Панель мозаикасы "Түштүк-2" кичирайонунда "Гүлдөй бер Кыргызстан". Сүрөтчү: Жылдызбек Молдахматов, 1985-ж.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https://bimap.su/description/frunze/256_Panno_Ug2.txt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42.85797, 74.61001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