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42.88190, 74.59928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Комсомол фабрикасы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42.88190, 74.59928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55016" cy="2232000"/>
            <wp:docPr id="2" name="Picture 2" descr="Фабрика ВЛКСМ" title="Фабрика ВЛКС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ee0d5cc6e538f6a871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5501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Фабрика ВЛКСМ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Комсомол фабрикасы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Комсомол фабрикасы. Сүрөт 1937-жылдагы гезиттен. Мамлекеттик Швейфабрика жатаканасы, 1937-жылы курулган Тигүү өндүрүштүк бирикмеси 1976-жылы Горпромтресттин тигүү цехинен 1933-жылы түзүлгөн №1 мамлекеттик тигүү фабрикасынын базасында түзүлгөн. Жатакана, 2 бала бакча, клуб бар эле. Кызматкерлердин саны 1000 адамдан ашты.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https://bimap.su/description/frunze/255_Gosshvei.txt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42.88190, 74.59928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