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42.88226, 74.59930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Фабрика ВЛКСМ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42.88226, 74.59930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3182" cy="2232000"/>
            <wp:docPr id="2" name="Picture 2" descr="Фабрика ВЛКСМ" title="Фабрика ВЛКС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ae8d8aa28bcb97cbb7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1318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Фабрика ВЛКСМ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Фабрика ВЛКСМ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https://bimap.su/description/frunze/254_VLKSM.txt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42.88226, 74.59930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