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42.88226, 74.59930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Комсомол фабрикасы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42.88226, 74.59930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3182" cy="2232000"/>
            <wp:docPr id="2" name="Picture 2" descr="Фабрика ВЛКСМ" title="Фабрика ВЛКС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ae8d8aa28bcb97cbb7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31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Фабрика ВЛКСМ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Комсомол фабрикасы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Комсомол фабрикасы Тигүү өндүрүштүк бирикмеси 1933-жылы Горпромтрест тигүү цехинен түзүлгөн №1 мамлекеттик тигүү фабрикасынын базасында 1976-жылы түзүлгөн. Жатакана, 2 бала бакча, клуб бар эле. Кызматкерлердин саны 1000 адамдан ашты.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https://bimap.su/description/frunze/254_VLKSM.txt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42.88226, 74.59930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