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Базарной и Дунганской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42.87459, 74.61119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3665" cy="2232000"/>
            <wp:docPr id="1" name="Picture 1" descr="Дом на углу Базарной и Дунганской" title="Дом на углу Базарной и Дунга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e5eb71044d4d13279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366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Базарной и Дунганской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Базарной и Дунганской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северо-западном углу улиц Базарная и Дунганская.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https://bimap.su/description/pishpek/46_Bazarnaia_Dunganskaia.txt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42.87459, 74.61119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42.87459, 74.61119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