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Панно-мозаика «Ленин с нами»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1422741"/>
            <wp:docPr id="2" name="Picture 2" descr="Панно-мозаика «Ленин с нами»" title="Панно-мозаика «Ленин с нам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45374380bfcd973f8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1422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«Ленин с нами»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Панно-мозаика «Ленин с нами»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Художник Л.Ильина, 1978г.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https://bimap.su/description/frunze/252_Panno_Lenin.txt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42.87375, 74.57466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