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Панель мозаикасы “Коноктор менен жолугушуу”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6258" cy="2232000"/>
            <wp:docPr id="2" name="Picture 2" descr="Панно-мозаика «Встреча гостей»" title="Панно-мозаика «Встреча гостей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b7994424116dc5177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625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Панно-мозаика «Встреча гостей»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Панель мозаикасы “Коноктор менен жолугушуу”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Панель мозаикасы “Коноктор менен жолугушуу” Панель мозаикасы “Коноктор менен жолугушуу”. Михалевдин сүрөтчүсү А. 1964-жылы Кыргызстандын Россияга кошулгандыгынын 100 жылдыгынын урматына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https://bimap.su/description/frunze/251_Panno_Vstrecha.txt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42.83994, 74.58603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