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Panel mosaic “Meeting guests”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6258" cy="2232000"/>
            <wp:docPr id="2" name="Picture 2" descr="Панно-мозаика «Встреча гостей»" title="Панно-мозаика «Встреча гост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7994424116dc51773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62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«Встреча гостей»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Panel mosaic “Meeting guests”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Panel mosaic “Meeting guests” Panel mosaic “Meeting guests”. Artist A. Mikhalev. Built in 1964 in honor of the centenary of the annexation of Kyrgyzstan to Russia.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https://bimap.su/description/frunze/251_Panno_Vstrecha.txt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