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42.84976, 74.60315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Southern outskirts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42.84976, 74.60315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71228" cy="2232000"/>
            <wp:docPr id="2" name="Picture 2" descr="Южная окраина" title="Южная окра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b81193a54ac11af9c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712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окраина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Southern outskirts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Southern outskirts In the 60s, the southern border of the city of Frunze passed here.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https://bimap.su/description/frunze/249_Okraina.txt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42.84976, 74.60315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