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Панно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2625" cy="2231999"/>
            <wp:docPr id="2" name="Picture 2" descr="Панно" title="Панн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1f6ad99989fa6c2e9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262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Панно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мозаика «Спорт, спорт»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https://bimap.su/description/frunze/247_Panno5.txt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42.82972, 74.62551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